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Certificate Policy &amp; Certification Practice Statement</w:t>
      </w:r>
    </w:p>
    <w:p>
      <w:r>
        <w:rPr>
          <w:color w:val="475467"/>
          <w:sz w:val="20"/>
        </w:rPr>
        <w:t>AxiomCode — Last updated 26 September 2026</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Certificate Policy &amp; Certification Practice Statement</w:t>
      </w:r>
    </w:p>
    <w:p>
      <w:r>
        <w:rPr>
          <w:color w:val="475467"/>
          <w:sz w:val="24"/>
        </w:rPr>
        <w:t>Last updated: 26 September 2026</w:t>
      </w:r>
    </w:p>
    <w:p>
      <w:r>
        <w:t xml:space="preserve">This document follows the structure of RFC 3647. It states what AxiomCode certificates mean, how they are issued, and what happens when something goes wrong. </w:t>
      </w:r>
      <w:r>
        <w:rPr>
          <w:i/>
        </w:rPr>
        <w:t>It should be reviewed by qualified legal counsel and a PKI auditor before certificates are relied upon in regulated contexts.</w:t>
      </w:r>
    </w:p>
    <w:p>
      <w:pPr>
        <w:pStyle w:val="Heading2"/>
      </w:pPr>
      <w:r>
        <w:rPr>
          <w:color w:val="101828"/>
        </w:rPr>
        <w:t>1. Introduction</w:t>
      </w:r>
    </w:p>
    <w:p>
      <w:r>
        <w:rPr>
          <w:b/>
        </w:rPr>
        <w:t>1.1 Overview.</w:t>
      </w:r>
      <w:r>
        <w:t xml:space="preserve"> AxiomCode operates a certification authority (“AxiomCode CA”) that issues certificates binding a software artifact’s hash to a machine-checked verification verdict. Verification-as-evidence, not verification-as-opinion: every certificate carries the evidence needed to re-check it.</w:t>
      </w:r>
    </w:p>
    <w:p>
      <w:r>
        <w:rPr>
          <w:b/>
        </w:rPr>
        <w:t>1.2 Document name.</w:t>
      </w:r>
      <w:r>
        <w:t xml:space="preserve"> AxiomCode Certificate Policy and Certification Practice Statement, version 1.0 (2026-09-26).</w:t>
      </w:r>
    </w:p>
    <w:p>
      <w:r>
        <w:rPr>
          <w:b/>
        </w:rPr>
        <w:t>1.3 Participants.</w:t>
      </w:r>
      <w:r>
        <w:t xml:space="preserve"> The CA (AxiomCode), subscribers (paying customers who request verification), and relying parties (anyone who validates a certificate).</w:t>
      </w:r>
    </w:p>
    <w:p>
      <w:r>
        <w:rPr>
          <w:b/>
        </w:rPr>
        <w:t>1.4 Certificate usage.</w:t>
      </w:r>
      <w:r>
        <w:t xml:space="preserve"> Certificates assert: </w:t>
      </w:r>
      <w:r>
        <w:rPr>
          <w:i/>
        </w:rPr>
        <w:t>on the stated date, the AxiomCode engine compiled the artifact with the stated hash under the stated toolchain, and the proof checked.</w:t>
      </w:r>
      <w:r>
        <w:t xml:space="preserve"> Appropriate uses: audit evidence, procurement deliverables, counterparty assurance. Prohibited reliance: treating a certificate as a warranty of safety, fitness, or intent — see §9.</w:t>
      </w:r>
    </w:p>
    <w:p>
      <w:pPr>
        <w:pStyle w:val="Heading2"/>
      </w:pPr>
      <w:r>
        <w:rPr>
          <w:color w:val="101828"/>
        </w:rPr>
        <w:t>2. Publication</w:t>
      </w:r>
    </w:p>
    <w:p>
      <w:r>
        <w:t>The CP/CPS, the CA’s public verification keys, and the revocation list are published at axiom-code.com and queryable without an account.</w:t>
      </w:r>
    </w:p>
    <w:p>
      <w:pPr>
        <w:pStyle w:val="Heading2"/>
      </w:pPr>
      <w:r>
        <w:rPr>
          <w:color w:val="101828"/>
        </w:rPr>
        <w:t>3. Identification and authentication</w:t>
      </w:r>
    </w:p>
    <w:p>
      <w:r>
        <w:t>Subscribers are identified by account (email + API key). Artifacts are identified by SHA-256 hash computed at submission. No identity vetting of persons is performed: the certificate speaks about the artifact, not the author.</w:t>
      </w:r>
    </w:p>
    <w:p>
      <w:pPr>
        <w:pStyle w:val="Heading2"/>
      </w:pPr>
      <w:r>
        <w:rPr>
          <w:color w:val="101828"/>
        </w:rPr>
        <w:t>4. Certificate life-cycle</w:t>
      </w:r>
    </w:p>
    <w:p>
      <w:r>
        <w:rPr>
          <w:b/>
        </w:rPr>
        <w:t>4.1 Application.</w:t>
      </w:r>
      <w:r>
        <w:t xml:space="preserve"> A paid verification request is a certificate application. Trial requests are never applications — no certificate can result.</w:t>
      </w:r>
    </w:p>
    <w:p>
      <w:r>
        <w:rPr>
          <w:b/>
        </w:rPr>
        <w:t>4.2 Issuance.</w:t>
      </w:r>
      <w:r>
        <w:t xml:space="preserve"> On a PASSED verdict, the CA signs a certificate containing artifact hash, verdict, toolchain versions, issuer name, unique serial, and a 90-day validity window. FAILED and INCOMPLETE verdicts produce no certificate, ever.</w:t>
      </w:r>
    </w:p>
    <w:p>
      <w:r>
        <w:rPr>
          <w:b/>
        </w:rPr>
        <w:t>4.3 Validity and renewal.</w:t>
      </w:r>
      <w:r>
        <w:t xml:space="preserve"> 90 days from issuance. Renewal is re-verification at the standard credit meter — there is no shortcut renewal, because the point is fresh evidence.</w:t>
      </w:r>
    </w:p>
    <w:p>
      <w:r>
        <w:rPr>
          <w:b/>
        </w:rPr>
        <w:t>4.4 Revocation.</w:t>
      </w:r>
      <w:r>
        <w:t xml:space="preserve"> The CA revokes a certificate when: (a) a toolchain or engine defect undermines the verdict; (b) the certificate was mis-issued; (c) the subscriber requests it. Revocations are published to the revocation list promptly (target: within 24 hours of the decision) and are permanent.</w:t>
      </w:r>
    </w:p>
    <w:p>
      <w:r>
        <w:rPr>
          <w:b/>
        </w:rPr>
        <w:t>4.5 Incident handling.</w:t>
      </w:r>
      <w:r>
        <w:t xml:space="preserve"> Suspected mis-issuance triggers an internal review; confirmed mis-issuance triggers revocation, a public incident note, and re-verification of affected artifacts at our expense. Mis-issuance is treated as the CA’s existential risk.</w:t>
      </w:r>
    </w:p>
    <w:p>
      <w:pPr>
        <w:pStyle w:val="Heading2"/>
      </w:pPr>
      <w:r>
        <w:rPr>
          <w:color w:val="101828"/>
        </w:rPr>
        <w:t>5. Operational controls</w:t>
      </w:r>
    </w:p>
    <w:p>
      <w:r>
        <w:t>Verification runs in isolated, single-use build environments. CA signing keys are segregated from the web/API tier; signing requires the isolated CA service. All issuance, revocation, and metering events are written to a tamper-evident append-only log.</w:t>
      </w:r>
    </w:p>
    <w:p>
      <w:pPr>
        <w:pStyle w:val="Heading2"/>
      </w:pPr>
      <w:r>
        <w:rPr>
          <w:color w:val="101828"/>
        </w:rPr>
        <w:t>6. Technical security controls</w:t>
      </w:r>
    </w:p>
    <w:p>
      <w:r>
        <w:t>Certificates are signed with modern asymmetric signatures (Ed25519); the CA’s public keys are published for independent verification. Key generation uses a vetted CSPRNG; private keys are access-controlled and backed up encrypted. Key compromise triggers key rollover, re-issuance of affected certificates, and public disclosure.</w:t>
      </w:r>
    </w:p>
    <w:p>
      <w:pPr>
        <w:pStyle w:val="Heading2"/>
      </w:pPr>
      <w:r>
        <w:rPr>
          <w:color w:val="101828"/>
        </w:rPr>
        <w:t>7. Certificate and revocation profiles</w:t>
      </w:r>
    </w:p>
    <w:p>
      <w:r>
        <w:t xml:space="preserve">Certificates are signed JSON documents with the fields listed in </w:t>
      </w:r>
      <w:r>
        <w:t>How it works (/how-it-works/)</w:t>
      </w:r>
      <w:r>
        <w:t xml:space="preserve"> §3. The revocation list is a signed JSON document listing revoked serials with reason codes and timestamps, updated on every revocation.</w:t>
      </w:r>
    </w:p>
    <w:p>
      <w:pPr>
        <w:pStyle w:val="Heading2"/>
      </w:pPr>
      <w:r>
        <w:rPr>
          <w:color w:val="101828"/>
        </w:rPr>
        <w:t>8. Compliance</w:t>
      </w:r>
    </w:p>
    <w:p>
      <w:r>
        <w:t>We log every issuance and revocation; logs are available to auditors under NDA. Annual self-assessment against this CP/CPS is published in summary form.</w:t>
      </w:r>
    </w:p>
    <w:p>
      <w:pPr>
        <w:pStyle w:val="Heading2"/>
      </w:pPr>
      <w:r>
        <w:rPr>
          <w:color w:val="101828"/>
        </w:rPr>
        <w:t>9. Legal matters</w:t>
      </w:r>
    </w:p>
    <w:p>
      <w:r>
        <w:t xml:space="preserve">Certificates are factual statements about a verification event, not warranties. Liability is limited as stated in the </w:t>
      </w:r>
      <w:r>
        <w:t>Terms of Service (/paperwork/terms/)</w:t>
      </w:r>
      <w:r>
        <w:t>. Subscribers warrant they have the right to submit the artifact. Relying parties must validate certificates through the published checker and revocation list; reliance on an expired or revoked certificate is at the relying party’s own risk.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