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Security &amp; responsible disclosure</w:t>
      </w:r>
    </w:p>
    <w:p>
      <w:r>
        <w:rPr>
          <w:color w:val="475467"/>
          <w:sz w:val="20"/>
        </w:rPr>
        <w:t>AxiomCode — Last updated 26 September 2026</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Security &amp; responsible disclosure</w:t>
      </w:r>
    </w:p>
    <w:p>
      <w:r>
        <w:rPr>
          <w:color w:val="475467"/>
          <w:sz w:val="24"/>
        </w:rPr>
        <w:t>Last updated: 26 September 2026</w:t>
      </w:r>
    </w:p>
    <w:p>
      <w:pPr>
        <w:pStyle w:val="Heading2"/>
      </w:pPr>
      <w:r>
        <w:rPr>
          <w:color w:val="101828"/>
        </w:rPr>
        <w:t>1. How we protect the CA</w:t>
      </w:r>
    </w:p>
    <w:p>
      <w:pPr>
        <w:pStyle w:val="ListBullet"/>
      </w:pPr>
      <w:r>
        <w:rPr>
          <w:b/>
        </w:rPr>
        <w:t>Key segregation:</w:t>
      </w:r>
      <w:r>
        <w:t xml:space="preserve"> CA signing keys live in an isolated service, separate from the web and API tiers. The public internet never touches the signer.</w:t>
      </w:r>
    </w:p>
    <w:p>
      <w:pPr>
        <w:pStyle w:val="ListBullet"/>
      </w:pPr>
      <w:r>
        <w:rPr>
          <w:b/>
        </w:rPr>
        <w:t>Least privilege:</w:t>
      </w:r>
      <w:r>
        <w:t xml:space="preserve"> few humans can touch the CA; every touch is logged.</w:t>
      </w:r>
    </w:p>
    <w:p>
      <w:pPr>
        <w:pStyle w:val="ListBullet"/>
      </w:pPr>
      <w:r>
        <w:rPr>
          <w:b/>
        </w:rPr>
        <w:t>Tamper-evident logs:</w:t>
      </w:r>
      <w:r>
        <w:t xml:space="preserve"> issuance, revocation, and metering are append-only and hash-chained. If the log doesn’t reconcile, we treat it as an incident.</w:t>
      </w:r>
    </w:p>
    <w:p>
      <w:pPr>
        <w:pStyle w:val="ListBullet"/>
      </w:pPr>
      <w:r>
        <w:rPr>
          <w:b/>
        </w:rPr>
        <w:t>Isolated builds:</w:t>
      </w:r>
      <w:r>
        <w:t xml:space="preserve"> every verification runs in a single-use environment; artifacts can’t see each other or the host.</w:t>
      </w:r>
    </w:p>
    <w:p>
      <w:pPr>
        <w:pStyle w:val="ListBullet"/>
      </w:pPr>
      <w:r>
        <w:rPr>
          <w:b/>
        </w:rPr>
        <w:t>Dependency hygiene:</w:t>
      </w:r>
      <w:r>
        <w:t xml:space="preserve"> the Lean toolchain is pinned; upgrades are tested against the regression suite before they touch production verdicts.</w:t>
      </w:r>
    </w:p>
    <w:p>
      <w:pPr>
        <w:pStyle w:val="Heading2"/>
      </w:pPr>
      <w:r>
        <w:rPr>
          <w:color w:val="101828"/>
        </w:rPr>
        <w:t>2. Responsible disclosure</w:t>
      </w:r>
    </w:p>
    <w:p>
      <w:r>
        <w:t xml:space="preserve">Found a vulnerability? Email </w:t>
      </w:r>
      <w:r>
        <w:t>security@axiom-code.com (mailto:security@axiom-code.com)</w:t>
      </w:r>
      <w:r>
        <w:t xml:space="preserve"> with the details and a way to reach you. We ask for a reasonable window (90 days) before public disclosure so we can fix, revoke affected certificates if needed, and publish an incident note. We commit to acknowledging within 2 business days and keeping you updated.</w:t>
      </w:r>
    </w:p>
    <w:p>
      <w:pPr>
        <w:pStyle w:val="Heading2"/>
      </w:pPr>
      <w:r>
        <w:rPr>
          <w:color w:val="101828"/>
        </w:rPr>
        <w:t>3. Scope</w:t>
      </w:r>
    </w:p>
    <w:p>
      <w:r>
        <w:t>In scope: the API, the MCP server, the certificate checker, the CA issuance path, and this site. Out of scope: third-party services (Paddle, Cloudflare), social engineering, and physical attacks. Please don’t disrupt the service or access other customers’ data while researching.</w:t>
      </w:r>
    </w:p>
    <w:p>
      <w:pPr>
        <w:pStyle w:val="Heading2"/>
      </w:pPr>
      <w:r>
        <w:rPr>
          <w:color w:val="101828"/>
        </w:rPr>
        <w:t>4. What we won’t do</w:t>
      </w:r>
    </w:p>
    <w:p>
      <w:r>
        <w:t>We won’t threaten researchers who follow this policy, and we won’t ask law enforcement to chill good-faith research. If you’re unsure whether something is in scope, ask first.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