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Terms of Service</w:t>
      </w:r>
    </w:p>
    <w:p>
      <w:r>
        <w:rPr>
          <w:color w:val="475467"/>
          <w:sz w:val="20"/>
        </w:rPr>
        <w:t>AxiomCode — Last updated 26 September 2026</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Terms of Service</w:t>
      </w:r>
    </w:p>
    <w:p>
      <w:r>
        <w:rPr>
          <w:color w:val="475467"/>
          <w:sz w:val="24"/>
        </w:rPr>
        <w:t>Last updated: 26 September 2026</w:t>
      </w:r>
    </w:p>
    <w:p>
      <w:pPr>
        <w:pStyle w:val="Heading2"/>
      </w:pPr>
      <w:r>
        <w:rPr>
          <w:color w:val="101828"/>
        </w:rPr>
        <w:t>1. The service</w:t>
      </w:r>
    </w:p>
    <w:p>
      <w:r>
        <w:t>AxiomCode (“we”) provides machine-checked verification of software specifications and issues signed certificates recording the verification outcome (“certificates”). The service is offered through a web interface, a REST API, and an MCP server.</w:t>
      </w:r>
    </w:p>
    <w:p>
      <w:pPr>
        <w:pStyle w:val="Heading2"/>
      </w:pPr>
      <w:r>
        <w:rPr>
          <w:color w:val="101828"/>
        </w:rPr>
        <w:t>2. Trial</w:t>
      </w:r>
    </w:p>
    <w:p>
      <w:r>
        <w:t xml:space="preserve">New users may run up to 10 trial verifications without payment. Trial verdicts include the verdict and the engine transcript; </w:t>
      </w:r>
      <w:r>
        <w:rPr>
          <w:b/>
        </w:rPr>
        <w:t>trial verdicts never include certificates</w:t>
      </w:r>
      <w:r>
        <w:t>. Trial access is rate-limited and may not be resold, shared across accounts to evade the limit, or used to probe the engine adversarially.</w:t>
      </w:r>
    </w:p>
    <w:p>
      <w:pPr>
        <w:pStyle w:val="Heading2"/>
      </w:pPr>
      <w:r>
        <w:rPr>
          <w:color w:val="101828"/>
        </w:rPr>
        <w:t>3. Credits and payment</w:t>
      </w:r>
    </w:p>
    <w:p>
      <w:r>
        <w:t>Paid verification consumes credits (1 credit = US$0.01), metered by engine compute time at the published rate. Credits are purchased in packs through our merchant of record and never expire. Meter records are itemized in your usage report. If you believe a charge is wrong, contact us within 30 days; we correct genuine metering errors with credit.</w:t>
      </w:r>
    </w:p>
    <w:p>
      <w:pPr>
        <w:pStyle w:val="Heading2"/>
      </w:pPr>
      <w:r>
        <w:rPr>
          <w:color w:val="101828"/>
        </w:rPr>
        <w:t>4. Acceptable use</w:t>
      </w:r>
    </w:p>
    <w:p>
      <w:r>
        <w:t>You may not: (a) submit code you have no right to submit; (b) use the service to verify malware, weapons systems, or any unlawful purpose; (c) attempt to extract the CA signing keys, evade metering, or disrupt the service; (d) misrepresent a trial verdict as a certificate, or a revoked/expired certificate as valid.</w:t>
      </w:r>
    </w:p>
    <w:p>
      <w:pPr>
        <w:pStyle w:val="Heading2"/>
      </w:pPr>
      <w:r>
        <w:rPr>
          <w:color w:val="101828"/>
        </w:rPr>
        <w:t>5. Your responsibilities</w:t>
      </w:r>
    </w:p>
    <w:p>
      <w:r>
        <w:t xml:space="preserve">You are responsible for the specifications you submit: the certificate binds the artifact hash, not your intent. A certificate states that the submitted artifact compiled under the stated toolchain and its proofs checked — it does not state that your specification is correct, complete, safe, or fit for any purpose. Relying parties must read the </w:t>
      </w:r>
      <w:r>
        <w:t>Certificate Policy (/paperwork/certificate-policy/)</w:t>
      </w:r>
      <w:r>
        <w:t xml:space="preserve"> and validate every certificate through the published checker.</w:t>
      </w:r>
    </w:p>
    <w:p>
      <w:pPr>
        <w:pStyle w:val="Heading2"/>
      </w:pPr>
      <w:r>
        <w:rPr>
          <w:color w:val="101828"/>
        </w:rPr>
        <w:t>6. Certificates and reliance</w:t>
      </w:r>
    </w:p>
    <w:p>
      <w:r>
        <w:t>Certificates are factual statements about a verification event, valid for 90 days unless revoked earlier. We publish a revocation list and will revoke certificates affected by toolchain or engine defects. Certificates are not insurance, warranties, or guarantees of software behavior.</w:t>
      </w:r>
    </w:p>
    <w:p>
      <w:pPr>
        <w:pStyle w:val="Heading2"/>
      </w:pPr>
      <w:r>
        <w:rPr>
          <w:color w:val="101828"/>
        </w:rPr>
        <w:t>7. Liability</w:t>
      </w:r>
    </w:p>
    <w:p>
      <w:r>
        <w:t xml:space="preserve">To the maximum extent permitted by law: the service is provided “as is”; we disclaim implied warranties of merchantability and fitness for purpose; our aggregate liability for any claim is limited to the amount you paid us in the 12 months preceding the claim. We are not liable for indirect, incidental, or consequential damages, including losses from reliance on a certificate. </w:t>
      </w:r>
      <w:r>
        <w:rPr>
          <w:i/>
        </w:rPr>
        <w:t>These terms should be reviewed by qualified legal counsel; insurance backing the CA operation is part of our operating cost and is reflected in pricing.</w:t>
      </w:r>
    </w:p>
    <w:p>
      <w:pPr>
        <w:pStyle w:val="Heading2"/>
      </w:pPr>
      <w:r>
        <w:rPr>
          <w:color w:val="101828"/>
        </w:rPr>
        <w:t>8. Changes and termination</w:t>
      </w:r>
    </w:p>
    <w:p>
      <w:r>
        <w:t xml:space="preserve">We may update these terms with 14 days’ notice on this page; continued use is acceptance. We may suspend accounts for abuse, non-payment, or unlawful use. You may stop using the service at any time; unused credits remain refundable per the </w:t>
      </w:r>
      <w:r>
        <w:t>Refund Policy (/paperwork/refunds/)</w:t>
      </w:r>
      <w:r>
        <w:t>.</w:t>
      </w:r>
    </w:p>
    <w:p>
      <w:pPr>
        <w:pStyle w:val="Heading2"/>
      </w:pPr>
      <w:r>
        <w:rPr>
          <w:color w:val="101828"/>
        </w:rPr>
        <w:t>9. Contact</w:t>
      </w:r>
    </w:p>
    <w:p>
      <w:r>
        <w:t xml:space="preserve">Questions about these terms: </w:t>
      </w:r>
      <w:r>
        <w:t>hello@axiom-code.com (mailto:hello@axiom-code.com)</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